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DECLARATION</w:t>
      </w:r>
    </w:p>
    <w:p/>
    <w:p>
      <w:pPr>
        <w:spacing w:after="240"/>
      </w:pPr>
      <w:r>
        <w:t>I, [Full name as shown in passport], residing at [Address], hereby declare that the attached document is a true and accurate copy of my Japanese passport (Passport No. [XX0000000]), issued by the Ministry of Foreign Affairs of Japan on [Date of issue].</w:t>
      </w:r>
    </w:p>
    <w:p/>
    <w:p>
      <w:pPr>
        <w:spacing w:after="240"/>
      </w:pPr>
      <w:r>
        <w:t>Date: [Month Day, Year]</w:t>
      </w:r>
    </w:p>
    <w:p/>
    <w:p>
      <w:pPr>
        <w:spacing w:after="240"/>
      </w:pPr>
      <w:r>
        <w:t>Signature: ______________________________</w:t>
      </w:r>
    </w:p>
    <w:p>
      <w:pPr>
        <w:spacing w:after="240"/>
      </w:pPr>
      <w:r>
        <w:t>Name: [Full name as shown in passport]</w:t>
      </w:r>
    </w:p>
    <w:p>
      <w:pPr>
        <w:spacing w:after="240"/>
      </w:pPr>
      <w:r>
        <w:t>Address: [Address]</w:t>
      </w:r>
    </w:p>
    <w:p>
      <w:r>
        <w:br w:type="page"/>
      </w:r>
    </w:p>
    <w:p>
      <w:r>
        <w:rPr>
          <w:b/>
        </w:rPr>
        <w:t>【記入のしかた（この頁は印刷しないでください）】</w:t>
      </w:r>
    </w:p>
    <w:p>
      <w:pPr>
        <w:pStyle w:val="ListBullet"/>
      </w:pPr>
      <w:r>
        <w:t>[ ] の部分を書き換えてから印刷します。[ ] の記号は残しません。</w:t>
      </w:r>
    </w:p>
    <w:p>
      <w:pPr>
        <w:pStyle w:val="ListBullet"/>
      </w:pPr>
      <w:r>
        <w:t>パスポートの名義人本人が、パスポートと同じ署名をします。公証役場にはパスポートの原本を持って行きます。</w:t>
      </w:r>
    </w:p>
    <w:p>
      <w:pPr>
        <w:pStyle w:val="ListBullet"/>
      </w:pPr>
      <w:r>
        <w:t>宣言書の後ろにパスポートのコピーを重ねて、左上をホチキスで留めます（写真や番号に綴じ目がかからないようにコピーします）。</w:t>
      </w:r>
    </w:p>
    <w:p>
      <w:pPr>
        <w:pStyle w:val="ListBullet"/>
      </w:pPr>
      <w:r>
        <w:t>公証役場によって書き方の指定が違うことがあります。事前に公証役場へ確認してください。</w:t>
      </w:r>
    </w:p>
    <w:p>
      <w:pPr>
        <w:pStyle w:val="ListBullet"/>
      </w:pPr>
      <w:r>
        <w:t>ひな形の提供元：ロイヤルパートナーズ行政書士事務所（https://royal-ptns.com/certification/）。このひな形の利用で提出先の受付を保証するものではありません。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